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Look w:firstColumn="1" w:firstRow="1" w:lastColumn="0" w:lastRow="0" w:noHBand="0" w:noVBand="1" w:val="04A0"/>
        <w:tblStyle w:val="TableGrid"/>
        <w:tblW w:w="9360" w:type="dxa"/>
        <w:tblInd w:w="120" w:type="dxa"/>
        <w:tblLayout w:type="fixed"/>
      </w:tblPr>
      <w:tblGrid>
        <w:gridCol w:w="5900"/>
        <w:gridCol w:w="3460"/>
      </w:tblGrid>
      <w:tr>
        <w:trPr>
          <w:cantSplit/>
          <w:tblHeader w:val="true"/>
        </w:trPr>
        <w:tc>
          <w:tcPr>
            <w:tcW w:type="dxa" w:w="5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24D"/>
                <w:sz w:val="34"/>
              </w:rPr>
              <w:t>[FİRMA ADINIZ]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64748B"/>
                <w:sz w:val="17"/>
              </w:rPr>
              <w:t>[Kısa unvan veya hizmet açıklaması]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FFFFFF"/>
                <w:sz w:val="36"/>
              </w:rPr>
              <w:t>FİYAT TEKLİFİ</w:t>
            </w:r>
          </w:p>
          <w:p>
            <w:pPr>
              <w:spacing w:before="0" w:after="0" w:line="240" w:lineRule="auto"/>
              <w:jc w:val="right"/>
            </w:pPr>
            <w:r>
              <w:rPr>
                <w:rFonts w:ascii="Arial" w:hAnsi="Arial"/>
                <w:b w:val="0"/>
                <w:i w:val="0"/>
                <w:color w:val="FFFFFF"/>
                <w:sz w:val="15"/>
              </w:rPr>
              <w:t>Düzenlenebilir Word formu</w:t>
            </w:r>
          </w:p>
        </w:tc>
      </w:tr>
    </w:tbl>
    <w:tbl>
      <w:tblPr>
        <w:tblLook w:firstColumn="1" w:firstRow="1" w:lastColumn="0" w:lastRow="0" w:noHBand="0" w:noVBand="1" w:val="04A0"/>
        <w:tblStyle w:val="TableGrid"/>
        <w:tblW w:w="9360" w:type="dxa"/>
        <w:tblInd w:w="120" w:type="dxa"/>
        <w:tblLayout w:type="fixed"/>
      </w:tblPr>
      <w:tblGrid>
        <w:gridCol w:w="2340"/>
        <w:gridCol w:w="2340"/>
        <w:gridCol w:w="2340"/>
        <w:gridCol w:w="2340"/>
      </w:tblGrid>
      <w:tr>
        <w:trPr>
          <w:cantSplit/>
          <w:tblHeader w:val="true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64748B"/>
                <w:sz w:val="15"/>
              </w:rPr>
              <w:t>TEKLIF NO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17324D"/>
                <w:sz w:val="18"/>
              </w:rPr>
              <w:t>[TG-2026-001]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64748B"/>
                <w:sz w:val="15"/>
              </w:rPr>
              <w:t>TEKLIF TARIHI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17324D"/>
                <w:sz w:val="18"/>
              </w:rPr>
              <w:t>[31.08.2026]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64748B"/>
                <w:sz w:val="15"/>
              </w:rPr>
              <w:t>GEÇERLILIK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17324D"/>
                <w:sz w:val="18"/>
              </w:rPr>
              <w:t>[15 gün]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64748B"/>
                <w:sz w:val="15"/>
              </w:rPr>
              <w:t>PARA BIRIMI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17324D"/>
                <w:sz w:val="18"/>
              </w:rPr>
              <w:t>[TRY]</w:t>
            </w:r>
          </w:p>
        </w:tc>
      </w:tr>
    </w:tbl>
    <w:tbl>
      <w:tblPr>
        <w:tblLook w:firstColumn="1" w:firstRow="1" w:lastColumn="0" w:lastRow="0" w:noHBand="0" w:noVBand="1" w:val="04A0"/>
        <w:tblStyle w:val="TableGrid"/>
        <w:tblW w:w="9360" w:type="dxa"/>
        <w:tblInd w:w="120" w:type="dxa"/>
        <w:tblLayout w:type="fixed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E45B2B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TEKLİF VEREN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MÜŞTERİ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 xml:space="preserve">Firma: </w:t>
            </w: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[Firma unvanınız]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 xml:space="preserve">Firma: </w:t>
            </w: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[Müşteri firma unvanı]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 xml:space="preserve">Yetkili: </w:t>
            </w: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[Ad soyad]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 xml:space="preserve">Yetkili: </w:t>
            </w: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[Ad soyad]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 xml:space="preserve">İletişim: </w:t>
            </w: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[Telefon · e-posta]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 xml:space="preserve">İletişim: </w:t>
            </w: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[Telefon · e-posta]</w:t>
            </w:r>
          </w:p>
        </w:tc>
      </w:tr>
    </w:tbl>
    <w:tbl>
      <w:tblPr>
        <w:tblLook w:firstColumn="1" w:firstRow="1" w:lastColumn="0" w:lastRow="0" w:noHBand="0" w:noVBand="1" w:val="04A0"/>
        <w:tblStyle w:val="TableGrid"/>
        <w:tblW w:w="9360" w:type="dxa"/>
        <w:tblInd w:w="120" w:type="dxa"/>
        <w:tblLayout w:type="fixed"/>
      </w:tblPr>
      <w:tblGrid>
        <w:gridCol w:w="440"/>
        <w:gridCol w:w="3560"/>
        <w:gridCol w:w="720"/>
        <w:gridCol w:w="760"/>
        <w:gridCol w:w="1240"/>
        <w:gridCol w:w="760"/>
        <w:gridCol w:w="1880"/>
      </w:tblGrid>
      <w:tr>
        <w:trPr>
          <w:cantSplit/>
          <w:tblHeader w:val="true"/>
        </w:trPr>
        <w:tc>
          <w:tcPr>
            <w:tcW w:type="dxa" w:w="4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#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Ürün / hizmet açıklaması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Miktar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Birim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Birim fiyat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KDV</w:t>
            </w:r>
          </w:p>
        </w:tc>
        <w:tc>
          <w:tcPr>
            <w:tcW w:type="dxa" w:w="18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Tutar</w:t>
            </w:r>
          </w:p>
        </w:tc>
      </w:tr>
      <w:tr>
        <w:trPr>
          <w:cantSplit/>
        </w:trPr>
        <w:tc>
          <w:tcPr>
            <w:tcW w:type="dxa" w:w="4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1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[Kalem açıklaması]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[1]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[Adet]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[%20]</w:t>
            </w:r>
          </w:p>
        </w:tc>
        <w:tc>
          <w:tcPr>
            <w:tcW w:type="dxa" w:w="18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</w:tr>
      <w:tr>
        <w:trPr>
          <w:cantSplit/>
        </w:trPr>
        <w:tc>
          <w:tcPr>
            <w:tcW w:type="dxa" w:w="4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2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[Kalem açıklaması]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[1]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[Adet]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[%20]</w:t>
            </w:r>
          </w:p>
        </w:tc>
        <w:tc>
          <w:tcPr>
            <w:tcW w:type="dxa" w:w="18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</w:tr>
      <w:tr>
        <w:trPr>
          <w:cantSplit/>
        </w:trPr>
        <w:tc>
          <w:tcPr>
            <w:tcW w:type="dxa" w:w="4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3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[Kalem açıklaması]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[1]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[Adet]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[%20]</w:t>
            </w:r>
          </w:p>
        </w:tc>
        <w:tc>
          <w:tcPr>
            <w:tcW w:type="dxa" w:w="18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</w:tr>
      <w:tr>
        <w:trPr>
          <w:cantSplit/>
        </w:trPr>
        <w:tc>
          <w:tcPr>
            <w:tcW w:type="dxa" w:w="4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4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[Kalem açıklaması]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[1]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[Adet]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[%20]</w:t>
            </w:r>
          </w:p>
        </w:tc>
        <w:tc>
          <w:tcPr>
            <w:tcW w:type="dxa" w:w="18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</w:tr>
      <w:tr>
        <w:trPr>
          <w:cantSplit/>
        </w:trPr>
        <w:tc>
          <w:tcPr>
            <w:tcW w:type="dxa" w:w="4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5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[Kalem açıklaması]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[1]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[Adet]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[%20]</w:t>
            </w:r>
          </w:p>
        </w:tc>
        <w:tc>
          <w:tcPr>
            <w:tcW w:type="dxa" w:w="18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</w:tr>
      <w:tr>
        <w:trPr>
          <w:cantSplit/>
        </w:trPr>
        <w:tc>
          <w:tcPr>
            <w:tcW w:type="dxa" w:w="4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6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[Kalem açıklaması]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[1]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[Adet]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[%20]</w:t>
            </w:r>
          </w:p>
        </w:tc>
        <w:tc>
          <w:tcPr>
            <w:tcW w:type="dxa" w:w="18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[0,00]</w:t>
            </w:r>
          </w:p>
        </w:tc>
      </w:tr>
    </w:tbl>
    <w:tbl>
      <w:tblPr>
        <w:tblLook w:firstColumn="1" w:firstRow="1" w:lastColumn="0" w:lastRow="0" w:noHBand="0" w:noVBand="1" w:val="04A0"/>
        <w:tblStyle w:val="TableGrid"/>
        <w:tblW w:w="9360" w:type="dxa"/>
        <w:tblInd w:w="120" w:type="dxa"/>
        <w:tblLayout w:type="fixed"/>
      </w:tblPr>
      <w:tblGrid>
        <w:gridCol w:w="3860"/>
        <w:gridCol w:w="1500"/>
        <w:gridCol w:w="2100"/>
        <w:gridCol w:w="1900"/>
      </w:tblGrid>
      <w:tr>
        <w:trPr>
          <w:cantSplit/>
          <w:tblHeader w:val="true"/>
        </w:trPr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24D"/>
                <w:sz w:val="15"/>
              </w:rPr>
              <w:t>Teslim süresi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[... iş günü]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>Ara toplam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>[0,00 TRY]</w:t>
            </w:r>
          </w:p>
        </w:tc>
      </w:tr>
      <w:tr>
        <w:trPr>
          <w:cantSplit/>
        </w:trPr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24D"/>
                <w:sz w:val="15"/>
              </w:rPr>
              <w:t>Ödeme koşulu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[%... avans / ... gün]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>İskonto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>[0,00 TRY]</w:t>
            </w:r>
          </w:p>
        </w:tc>
      </w:tr>
      <w:tr>
        <w:trPr>
          <w:cantSplit/>
        </w:trPr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24D"/>
                <w:sz w:val="15"/>
              </w:rPr>
              <w:t>Teslim şekli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[Yer / yöntem]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>KDV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FFFFF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17324D"/>
                <w:sz w:val="16"/>
              </w:rPr>
              <w:t>[0,00 TRY]</w:t>
            </w:r>
          </w:p>
        </w:tc>
      </w:tr>
      <w:tr>
        <w:trPr>
          <w:cantSplit/>
        </w:trPr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24D"/>
                <w:sz w:val="15"/>
              </w:rPr>
              <w:t>Teklif kapsamı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[Kısa açıklama]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E45B2B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GENEL TOPLAM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E45B2B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[0,00 TRY]</w:t>
            </w:r>
          </w:p>
        </w:tc>
      </w:tr>
    </w:tbl>
    <w:tbl>
      <w:tblPr>
        <w:tblLook w:firstColumn="1" w:firstRow="1" w:lastColumn="0" w:lastRow="0" w:noHBand="0" w:noVBand="1" w:val="04A0"/>
        <w:tblStyle w:val="TableGrid"/>
        <w:tblW w:w="9360" w:type="dxa"/>
        <w:tblInd w:w="120" w:type="dxa"/>
        <w:tblLayout w:type="fixed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17324D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NOTLAR VE TİCARİ KOŞULLAR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[Kapsam dışı işler, fiyat revizyon koşulu, garanti, sevkiyat, kurulum veya diğer açıklamalar]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 xml:space="preserve"> 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 xml:space="preserve"> </w:t>
            </w:r>
          </w:p>
        </w:tc>
      </w:tr>
    </w:tbl>
    <w:tbl>
      <w:tblPr>
        <w:tblLook w:firstColumn="1" w:firstRow="1" w:lastColumn="0" w:lastRow="0" w:noHBand="0" w:noVBand="1" w:val="04A0"/>
        <w:tblStyle w:val="TableGrid"/>
        <w:tblW w:w="9360" w:type="dxa"/>
        <w:tblInd w:w="120" w:type="dxa"/>
        <w:tblLayout w:type="fixed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24D"/>
                <w:sz w:val="15"/>
              </w:rPr>
              <w:t>TEKLİFİ HAZIRLAYAN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  <w:shd w:fill="F1F5F9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24D"/>
                <w:sz w:val="15"/>
              </w:rPr>
              <w:t>MÜŞTERİ ONAYI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[Ad soyad · unvan · imza]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 xml:space="preserve"> 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 xml:space="preserve"> 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CBD5E1"/>
              <w:start w:val="single" w:sz="6" w:color="CBD5E1"/>
              <w:bottom w:val="single" w:sz="6" w:color="CBD5E1"/>
              <w:end w:val="single" w:sz="6" w:color="CBD5E1"/>
              <w:insideH w:val="single" w:sz="6" w:color="CBD5E1"/>
              <w:insideV w:val="single" w:sz="6" w:color="CBD5E1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[Ad soyad · tarih · imza]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 xml:space="preserve"> 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 xml:space="preserve"> </w:t>
            </w:r>
          </w:p>
        </w:tc>
      </w:tr>
    </w:tbl>
    <w:p>
      <w:pPr>
        <w:spacing w:before="100" w:after="0" w:line="252" w:lineRule="auto"/>
      </w:pPr>
      <w:r>
        <w:rPr>
          <w:rFonts w:ascii="Arial" w:hAnsi="Arial"/>
          <w:b/>
          <w:i w:val="0"/>
          <w:color w:val="17324D"/>
          <w:sz w:val="15"/>
        </w:rPr>
        <w:t xml:space="preserve">Kullanım: </w:t>
      </w:r>
      <w:r>
        <w:rPr>
          <w:rFonts w:ascii="Arial" w:hAnsi="Arial"/>
          <w:b w:val="0"/>
          <w:i w:val="0"/>
          <w:color w:val="64748B"/>
          <w:sz w:val="15"/>
        </w:rPr>
        <w:t>Köşeli parantez içindeki örnekleri kendi bilgilerinizle değiştirin. Hesapları kontrol edin ve müşteriye göndermeden önce dosyayı PDF olarak kaydedin.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440" w:bottom="792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/>
        <w:b w:val="0"/>
        <w:i w:val="0"/>
        <w:color w:val="64748B"/>
        <w:sz w:val="14"/>
      </w:rPr>
      <w:t>Bu şablon teklif hazırlama yardımcısıdır; fatura veya sözleşme değildir.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right"/>
    </w:pPr>
    <w:r>
      <w:rPr>
        <w:rFonts w:ascii="Arial" w:hAnsi="Arial"/>
        <w:b w:val="0"/>
        <w:i w:val="0"/>
        <w:color w:val="64748B"/>
        <w:sz w:val="15"/>
      </w:rPr>
      <w:t>teklifgonder.net  |  Ücretsiz Word şablonu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Arial" w:hAnsi="Arial"/>
      <w:b w:val="0"/>
      <w:color w:val="17324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732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24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Fiyat Teklif Formu Word Şablonu</dc:title>
  <dc:subject>Düzenlenebilir fiyat teklif formu</dc:subject>
  <dc:creator>TeklifGönder</dc:creator>
  <cp:keywords>fiyat teklifi, teklif formu, Word şablonu</cp:keywords>
  <dc:description>TeklifGönder tarafından ücretsiz sunulan düzenlenebilir şablon.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